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הפכים (אנטונימים) של מילים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חיבור מילה למילה הפכית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בהפכים בתוך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אור וחושך הם שני דברים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'ישן' הוא 'חדש'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שלום ומלחמה הם מצבים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'לרדת' הוא 'לעלות'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חברו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(שקט)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שמופיעה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בלוח את ההפך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המילה המתאימה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נוצרה שורה, טור או אלכסון מלאים - זה בינגו!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האויב ניסה לפגוע בנו. הידיד שלי עזר לי בשיעורים.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מצופה: 'צעיר'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לא נכון, ההפך הוא 'רך' או 'קל'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שתי מילים הפכיות, למשל 'גדול-קטן' או 'שמח-עצוב'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סבב קצר של המשחק עצמו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בהפכים במשפטים מהחיים היומיומיים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הלוטו צריך למצוא בלוח את ההפך של המילה שמופיעה למעלה. בדף הזה נתרגל את אותן מילים ואת ההפכים שלהן בדרכים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ההפך של 'גדול'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ההפך של 'עני'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ההפך של 'רטוב'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ההפך של 'שמח'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ההפך של 'רחוק'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'אור' הוא 'חושך'.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'ישן' הוא 'זקן'.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'שלום' הוא 'מלחמה'.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'לרדת' הוא 'לשכוח'.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בלילה חשוך, אבל ביום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הרחוב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שמפחד מכל דבר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'ראשון'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חברו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בלוח את ההפך של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נוצרה שורה, טור או אלכסון מלאים - זה בינגו!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שמופיעה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המילה המתאימה בלוח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'אויב' ומשפט נוסף עם ההפך שלה 'ידיד'.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'זקן'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או לא נכון: ההפך של 'קשה' הוא 'רחוק'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זוג מילים הפוכות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