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הפכים (אנטונימים) של מילים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חיבור מילה למילה הפכית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בהפכים בתוך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אור וחושך הם שני דברים הפוכים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של 'ישן' הוא 'חדש'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שלום ומלחמה הם מצבים הפוכים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של 'לרדת' הוא 'לעלות'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פחדן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חברו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(שקט)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שמופיעה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בלוח את ההפך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מקישים על המילה המתאימה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נוצרה שורה, טור או אלכסון מלאים - זה בינגו!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האויב ניסה לפגוע בנו. הידיד שלי עזר לי בשיעורים.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מצופה: 'צעיר'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לא נכון, ההפך הוא 'רך' או 'קל'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עם שתי מילים הפכיות, למשל 'גדול-קטן' או 'שמח-עצוב'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סבב קצר של המשחק עצמו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בהפכים במשפטים מהחיים היומיומיים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מחפשים מילה הפוכה. בדף הזה נתרגל מילים הפוכות בעברית, בשפה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משמעות הפוכה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שאין לו הרבה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יבש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שרוצה לך רע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פחדן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שמפחד הרבה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רועש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שעושה הרבה רעש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זקן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שחי הרבה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אמיץ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ההפוכה ל-'גדול'?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ההפוכה ל-'עני'?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ההפוכה ל-'רטוב'?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ההפוכה ל-'שמח'?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ההפוכה ל-'רחוק'?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'אור' הוא 'חושך'.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'ישן' הוא 'זקן'.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'שלום' הוא 'מלחמה'.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'לרדת' הוא 'לשכוח'.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בלילה חשוך, אבל ביום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הגשם הרחוב היה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שמפחד מכל דבר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'ראשון'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חברו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יבש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בלוח את ההפך של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נוצרה שורה, טור או אלכסון מלאים - זה בינגו!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שמופיעה למעלה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מקישים על המילה המתאימה בלוח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'אויב' ומשפט נוסף עם ההפך שלה 'ידיד'.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'זקן'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או לא נכון: ההפך של 'קשה' הוא 'רחוק'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זוג מילים הפוכות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