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הפכים (אנטונימים) של מילים נפוצות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חיבור מילה למילה הפכית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בהפכים בתוך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אור וחושך הם שני דברים הפוכים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'ישן' הוא 'חדש'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חברו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שמופיעה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מחפשים בלוח את ההפך של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מקישים על המילה המתאימה בלוח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האויב ניסה לפגוע בנו. הידיד שלי עזר לי בשיעורים.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מצופה: 'צעיר'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לא נכון, ההפך הוא 'רך' או 'קל'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עם שתי מילים הפכיות, למשל 'גדול-קטן' או 'שמח-עצוב'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סבב קצר של המשחק עצמו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בהפכים במשפטים מהחיים היומיומיים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הלוטו צריך למצוא בלוח את ההפך של המילה שמופיעה למעלה. בדף הזה נתרגל את אותן מילים ואת ההפכים שלהן בדרכים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אור  ·  רטוב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ההפך של 'גדול'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ההפך של 'עני'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'אור' הוא 'חושך'.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של 'ישן' הוא 'זקן'.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בלילה חשוך, אבל ביום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הגשם הרחוב היה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חברו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מחפשים בלוח את ההפך של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מקישים על המילה המתאימה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שמופיעה 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'אויב' ומשפט נוסף עם ההפך שלה 'ידיד'.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הפך אחד למילה 'זקן'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או לא נכון: ההפך של 'קשה' הוא 'רחוק'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בעברית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